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 ימני, מוח שמאלי – ומה עוד לא נכון?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מיתוס ולמה מיתוסים מתפשטים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עובדות מדעיות נכונות על המוח לעומת מיתוסים נפוצים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הקשור לטקסט מידע לא רציף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בערך 2%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גשר עבה של סיבים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שהם יצירתיים ורגשיים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 חצאי המוח פעילים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המוח צורך הרבה אנרגיה ולא היה נשמר לשווא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שילוב של סגנונות עוזר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המוח גמיש לאורך כל החיים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בטקסט בחלק 'המוח במספרים'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שהם נמצאים בחצי השמאלי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בהפרכת מיתוס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שבגיל ההתבגרות יש שינויים גדולים במיוחד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הטקסט אומר שמיתוסים מתפשטים כי הם פשוטים ומפתיעים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אנרגיה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מיתוס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סריקות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חיבורים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מיתוס לעובדה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(כל פעולה מורכבת מפעילה את שני החצאים יחד)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(כמעט כל אזורי המוח פעילים במהלך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(שילוב של דרכי למידה עוזר לכולם)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(המוח גמיש ומשתנה לאורך כל החיים)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ציר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רופא צרפתי מגלה קשר בין פגיעה בצד שמאל לבעיות דיבור (1861)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מחקרים על חולים עם גשר מוח נותק מראים תפקידים נפרדים לכל חצי (שנות ה-60)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סריקות מוח מאפשרות לראות את המוח החי בפעולה (שנות ה-90)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מיתוסים רבים על המוח מתחילים להתנפץ בעקבות המחקרים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יזהה מיתוס אחד בבירור, יסביר מה האנשים חושבים בטעות, ויציג את הממצא המדעי הנכון מהטקסט, בלשון עצמאית.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תשובות אפשריות: מי בדק את הטענה? האם היא פשוטה מדי או מבטיחה פתרון קסם? האם יש מחקר מאחוריה?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מצפים להגדרה: רעיון שאנשים מאמינים בו אך אינו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עם מיתוס אחד מתוך הארבעה ועובדה מתאימה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פשטות, הפתעה או 'טעם מדעי' שגורמים לאמון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בשאלת 'לפני הקריאה' בטקסט ולחזור אליה בסוף השיעור לבדיקת שינוי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להצביע מתוך הטקסט על המשפט המדויק התומך בתשובתם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לאפשר שיתוף בזוגות לפני כתיבה 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מוח ימני, מוח שמאלי – ומה עוד לא נכון?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הטקסט מציג ארבעה מיתוסים נפוצים על המוח, ולצידם מה שהמחקר המדעי מראה באמת. נתרגל הבנת הנקרא ואוצר מילים מתוך הטקסט.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לפי הטקסט, כמה אחוזים ממשקל הגוף מהווה המוח?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בערך 2%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בערך 10%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בערך 20%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בערך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מחבר בין שני חצאי המוח?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כלי 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גשר עבה של סיבים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תאי עצב בודדים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אנרגיה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לפי מיתוס 1, מה חושבים בטעות על אנשים 'מוח ימני'?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שהם לא חכמים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שהם יצירתיים ורגשיים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שהם משתמשים בכל המוח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שאין להם רגשות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מראים מחקרי סריקות לגבי פעולות מורכבות כמו ציור?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חצי מוח אחד 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חצאי המוח פעילים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המוח כבוי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אזור השפה 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למה, לפי הטקסט, לא סביר שאנחנו משתמשים רק ב-10% מהמוח?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המוח קטן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המוח צורך הרבה אנרגיה ולא היה נשמר לשווא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אין מספיק תאי עצב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אין מחקרים על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המחקר מצא לגבי סגנונות למידה (חזותי, שמיעתי, תנועתי)?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לכל אדם סגנון אחד שמשפר הישגים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שילוב של סגנונות עוזר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סגנון שמיעתי עוזר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בין אנשים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מתי המוח מפסיק להשתנות, לפי מה שידוע היום?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בסוף הילדות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בגיל ההתבגרות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המוח גמיש לאורך כל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בגיל 20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המוח מכיל כ-86 מיליארד תאי עצב.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אצל רוב האנשים אזורי השפה נמצאים בחצי הימני של המוח.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נזק לאזור קטן במוח גורם בדרך כלל לקושי מורגש.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בגיל ההתבגרות המוח כמעט לא משתנה.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מיתוסים מתפשטים כי הם מורכבים וקשים להבנה.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המוח צורך כחמישית מן ה__________ של הגוף במנוחה.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סיפור שאנשים מאמינים בו למרות שאינו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בשנות ה-60 נחקרו חולים שה__________ בין חצאי המוח נותק אצלם.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בשנות ה-90 אפשרו __________ מוח לראות את המוח החי בפעולה.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בכל פעם שמתרגלים מיומנות, ה__________ בין תאי העצב מתחזקים.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מיתוס לעובדה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יש אנשים של מוח ימני ואנשים של מוח שמאלי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שילוב של דרכי למידה עוזר לכולם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משתמשים רק ב-10% מהמוח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המוח גמיש ומשתנה לאורך כל החיים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כל אחד לומד רק בסגנון אחד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כמעט כל אזורי המוח פעילים במהלך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המוח מפסיק להשתנות בסוף הילדות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 פעולה מורכבת מפעילה את שני החצאים יחד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ציר הזמן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סריקות מוח מאפשרות לראות את המוח החי בפעולה (שנות ה-90)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מיתוסים רבים על המוח מתחילים להתנפץ בעקבות המחקרים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רופא צרפתי מגלה קשר בין פגיעה בצד שמאל לבעיות דיבור (1861)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מחקרים על חולים עם גשר מוח נותק מראים תפקידים נפרדים לכל חצי (שנות ה-60)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מהמיתוסים בטקסט וכתבו: מה המיתוס אומר, ומה המחקר מראה בפועל. השתמשו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הציעו שתי שאלות שכדאי לשאול כדי לבדוק אם טענה היא מיתוס או עובדה מדעית, בהשראת 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מיתוס, לפי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למיתוס על המוח ולעובדה הנכונה מולו.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למה, לפי הטקסט, קל להאמין במיתוסים?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מוח ימני, מוח שמאלי – ומה עוד לא נכון?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