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 ימני, מוח שמאלי – ומה עוד לא נכון?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מיתוס ולמה מיתוסים מתפשטים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עובדות מדעיות נכונות על המוח לעומת מיתוסים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לטקסט מידע לא רציף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בערך 2%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גשר עבה של סיבים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שהם יצירתיים ורגשיים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 חצאי המוח פעילים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המוח צורך הרבה אנרגיה ולא היה נשמר לשווא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שילוב של סגנונות עוזר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המוח גמיש לאורך כל החיים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בחלק 'המוח במספרים'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שהם נמצאים בחצי השמאלי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בהפרכת מיתוס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אומר שבגיל ההתבגרות יש שינויים גדולים במיוחד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אומר שמיתוסים מתפשטים כי הם פשוטים ומפתיעים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אנרגיה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מיתוס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סריקות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חיבורים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מיתוס לעובדה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 פעולה מורכבת מפעילה את שני החצאים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(כמעט כל אזורי המוח פעילים במהלך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(שילוב של דרכי למידה עוזר לכולם)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(המוח גמיש ומשתנה לאורך כל החיים)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רופא צרפתי מגלה קשר בין פגיעה בצד שמאל לבעיות דיבור (1861)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מחקרים על חולים עם גשר מוח נותק מראים תפקידים נפרדים לכל חצי (שנות ה-60)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סריקות מוח מאפשרות לראות את המוח החי בפעולה (שנות ה-90)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מיתוסים רבים על המוח מתחילים להתנפץ בעקבות המחקרים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יזהה מיתוס אחד בבירור, יסביר מה האנשים חושבים בטעות, ויציג את הממצא המדעי הנכון מהטקסט, בלשון עצמאית.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תשובות אפשריות: מי בדק את הטענה? האם היא פשוטה מדי או מבטיחה פתרון קסם? האם יש מחקר מאחוריה?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להגדרה: רעיון שאנשים מאמינים בו אך אינו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מיתוס אחד מתוך הארבעה ועובדה מתאימה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פשטות, הפתעה או 'טעם מדעי' שגורמים לאמון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בשאלת 'לפני הקריאה' בטקסט ולחזור אליה בסוף השיעור לבדיקת שינוי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להצביע מתוך הטקסט על המשפט המדויק התומך בתשובתם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בזוגות לפני כתיבה 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 ימני, מוח שמאלי – ומה עוד לא נכון?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כתוב על דברים שאנשים חושבים שנכונים לגבי המוח, אבל הם לא נכונים. נלמד מה באמת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מיתוס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שאנשים מאמינים בו אבל הוא לא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קטנים שעוברים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הגזמה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לתאר משהו גדול יותר ממה שהוא באמת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סריקות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בדיקות שמצלמות את פנים הגוף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רדומים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ישנים, לא פעילים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קשור לראייה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מיומנות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שרכשנו באימון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מופרכת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שהוכח שאינה נכונה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אחוז ממשקל הגוף זה המוח?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בערך 2%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בערך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בערך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בערך 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מחבר בין הצד הימני לשמאלי?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גשר עבה של סיבים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תאי עצב בודדים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אנרגיה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המיתוס אומר על 'אנשים של מוח ימני'?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שהם לא חכמים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שהם יצירתיים ורגשיים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שהם משתמשים בכל המוח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להם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חלקים במוח פעילים כשמציירים?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חצי מוח אחד 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חצאי המוח פעילים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המוח כבוי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אזור השפה 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לא ייתכן שרוב המוח לא בשימוש?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המוח קטן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המוח צורך הרבה אנרגיה ולא היה נשמר לשווא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מספיק תאי עצב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מחקרים על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עוזר יותר ללמידה - סגנון אחד או שילוב?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לכל אדם סגנון אחד שמשפר הישגים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שילוב של סגנונות עוזר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סגנון שמיעתי עוזר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בין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עד איזה גיל המוח משתנה?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בסוף הילדות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בגיל ההתבגרות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המוח גמיש לאורך כל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בגיל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המוח מכיל כ-86 מיליארד תאי עצב.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רוב האנשים אזורי השפה נמצאים בחצי הימני של המוח.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נזק לאזור קטן במוח גורם בדרך כלל לקושי מורגש.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בגיל ההתבגרות המוח כמעט לא משתנה.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מיתוסים מתפשטים כי הם מורכבים וקשים להבנה.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המוח צורך כחמישית מן ה__________ של הגוף במנוחה.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סיפור שאנשים מאמינים בו למרות שאינו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בשנות ה-60 נחקרו חולים שה__________ בין חצאי המוח נותק אצלם.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בשנות ה-90 אפשרו __________ מוח לראות את המוח החי בפעולה.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בכל פעם שמתרגלים מיומנות, ה__________ בין תאי העצב מתחזקים.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מיתוס לעובדה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יש אנשים של מוח ימני ואנשים של מוח שמאלי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שילוב של דרכי למידה עוזר לכולם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משתמשים רק ב-10% מהמוח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פעולה מורכבת מפעילה את שני החצאים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 אחד לומד רק בסגנון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המוח גמיש ומשתנה לאורך כל החיים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המוח מפסיק להשתנות בסוף הילדות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כמעט כל אזורי המוח פעילים במהלך היום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סריקות מוח מאפשרות לראות את המוח החי בפעולה (שנות ה-90)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מיתוסים רבים על המוח מתחילים להתנפץ בעקבות המחקרים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מחקרים על חולים עם גשר מוח נותק מראים תפקידים נפרדים לכל חצי (שנות ה-60)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רופא צרפתי מגלה קשר בין פגיעה בצד שמאל לבעיות דיבור (1861)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מהמיתוסים בטקסט וכתבו: מה המיתוס אומר, ומה המחקר מראה בפועל. השתמשו במילים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שתי שאלות שכדאי לשאול כדי לבדוק אם טענה היא מיתוס או עובדה מדעית, בהשראת 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מיתוס, לפי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למיתוס על המוח ולעובדה הנכונה מולו.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למה, לפי הטקסט, קל להאמין במיתוסים?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מוח ימני, מוח שמאלי – ומה עוד לא נכון?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