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ולמה מיתוסים מתפשטים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מדעיות נכונות על המוח לעומת מיתוסים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לטקסט מידע לא רציף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בערך 2%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גשר עבה של סיבים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 חצאי המוח פעילים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בחלק 'המוח במספרים'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שהם נמצאים בחצי השמאלי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מיתוס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פעולה מורכבת מפעילה את שני החצאים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(כמעט כל אזורי המוח פעילים במהלך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(שילוב של דרכי למידה עוזר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(המוח גמיש ומשתנה לאורך כל החיים)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 צרפתי מגלה קשר בין פגיעה בצד שמאל לבעיות דיבור (1861)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מחקרים על חולים עם גשר מוח נותק מראים תפקידים נפרדים לכל חצי (שנות ה-60)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סריקות מוח מאפשרות לראות את המוח החי בפעולה (שנות ה-90)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מיתוסים רבים על המוח מתחילים להתנפץ בעקבות המחקרים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מיתוס אחד בבירור, יסביר מה האנשים חושבים בטעות, ויציג את הממצא המדעי הנכון מהטקסט, בלשון עצמאית.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להגדרה: רעיון שאנשים מאמינים בו אך אינו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מיתוס אחד מתוך הארבעה ועובדה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פשטות, הפתעה או 'טעם מדעי' שגורמים לאמון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'לפני הקריאה' בטקסט ולחזור אליה בסוף השיעור לבדיקת שינוי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מתוך הטקסט על המשפט המדויק התומך בתשובתם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מציג ארבעה מיתוסים נפוצים על המוח, ולצידם מה שהמחקר המדעי מראה באמת. נתרגל הבנת הנקרא ואוצר מילים מתוך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מיתוס  ·  אנרגיה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כמה אחוזים ממשקל הגוף מהווה 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בערך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בערך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בערך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מחבר בין שני חצאי 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כלי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גשר עבה של סיבים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תאי עצב בודדים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מראים מחקרי סריקות לגבי פעולות מורכבות כמו 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חצי מוח אחד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חצאי המוח פעילים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המוח כבוי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המוח מכיל כ-86 מיליארד תאי עצב.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אצל רוב האנשים אזורי השפה נמצאים בחצי הימני של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המוח צורך כחמישית מן ה__________ של הגוף במנוחה.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סיפור שאנשים מאמינים בו למרות שאינו נכון.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מיתוס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אנשים של מוח ימני ואנשים של מוח שמאלי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המוח גמיש ומשתנה לאורך כל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משתמשים רק ב-10% מהמוח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שילוב של דרכי למידה עוזר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 אחד לומד רק בסגנון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כמעט כל אזורי המוח פעילים במהלך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המוח מפסיק להשתנות בסוף הילדות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 פעולה מורכבת מפעילה את שני החצאים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מחקרים על חולים עם גשר מוח נותק מראים תפקידים נפרדים לכל חצי (שנות ה-60)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מיתוסים רבים על המוח מתחילים להתנפץ בעקבות המחקרים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רופא צרפתי מגלה קשר בין פגיעה בצד שמאל לבעיות דיבור (1861)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סריקות מוח מאפשרות לראות את המוח החי בפעולה (שנות ה-90)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מהמיתוסים בטקסט וכתבו: מה המיתוס אומר, ומה המחקר מראה בפועל. השתמשו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מיתוס,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למיתוס על המוח ולעובדה הנכונה מולו.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 ימני, מוח שמאלי – ומה עוד לא נכון?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